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צורה, צבע ומשמעות של תמרורים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צורות וצבעים של תמרורים ואת המשמעות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לקרוא תמרור ולהבין מה הוא מורה לנו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תמרורי איסור, חובה ואזהרה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מתומן (שמונה צלעות)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לעצור לגמרי גם אם הדרך נראית פנויה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לתת מעבר לרכבים אחרים בצומת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מהירות מרבית מותרת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תמרורי אזהרה הם בצורת משולש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התמרור אוסר מפורשות על חציה במקום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בכיכר יש כללי זכות קדימה שיש לשים לב אליהם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התמרור מיועד להולכי רגל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תמרור איסור כניסה מכיוון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הצבע הוא חלק חשוב מהמשמעות – למשל אדום לאיסור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זכות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תמרור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(עצירה מלאה גם אם הדרך נראית פנויה)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(אזהרה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(איסור על פעולה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(הוראת חובה לביצוע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(צומת שבו נוסעים במעגל)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(אסור להיכנס מהכיוון הזה)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עושים בצומת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מתקרבים לצומת ומזהים 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צורת התמרור וצבעו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מבינים את משמעות התמרור (איסור, חובה או אזהרה)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רכבים או הולכי רגל בסביבה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פועלים לפי הוראת התמרור 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צורה (עיגול/משולש/מתומן), צבע, ומשמעות נכונה של ההוראה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ניתן לזהות אותם מהר גם ממרחק או במהירות נסיעה, וגם מי שלא קורא היטב מבין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איסור – עיגול אדום עם קו, אוסר פעולה; חובה – עיגול כחול, מורה לבצע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לגמרי ובודקים שהדרך פנויה לפני המשך 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תמרורים אמיתיים מהסביבה כדי לחזק את הזיהוי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בין צורות התמרורים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בסיבוב כיתה שבו כל תלמיד מתאר תמרור אחד מהדרך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צורה, צבע ומשמעות של תמרורים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תמרורים בדרך בנויים מצורה, צבע וסימן, וכל אחד מהם מעביר לנו מידע חשוב. בדף הזה נתרגל לזהות תמרורים נפוצים ולהבין מה כל אחד אומר 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הצורה של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מתומן (שמונה צלעות)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תמרור עם קו אדום אלכסוני על רקע לבן מציין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תמרור כחול עגול עם ציור לבן מציין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תמרור 'עצור'?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להאט מעט ולהמשיך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לגמרי גם אם הדרך נראית פנויה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לעצור רק אם רואים 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לעצור במקום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תמרור 'נותנים זכות קדימה' אומר לנהג: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מעבר לרכבים אחרים בצומת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להמשיך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מציין תמרור עם המספר 30 בתוך עיגול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מהירות מרבית מותרת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החניות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 מינימלי לנהיגה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משולש מזהיר על סכנה אפשרית בדרך.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במקום שיש בו תמרור האוסר על הולכי רגל לעבור.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בכיכר נוסעים ישר בלי להתחשב ברכבים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'שביל להולכי רגל בלבד' מתיר גם רכיבה על אופניים.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'אין כניסה' אומר שאסור להיכנס לכביש מהכיוון שבו הוא מוצב.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 התמרורים לא קשור כלל למשמעות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תמרור בצורת __________ מזהיר על סכנה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תמרור __________ הוא היחיד בצורת מתומן בן שמונה צלעות.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תמרור __________ אוסר על רכיבה על אופניים במקום מסוים.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נוסעים במעגל סביב אי תנועה מרכזי.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תמרור המראה מספר בתוך עיגול אדום מציין את המהירות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תמרור __________ מורה לנהג לתת מעבר לרכבים אחרים בצומת.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תמרור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תמרור עצור (מתומן אדום)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אזהרה מפני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תמרור משולש עם קו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צומת שבו נוסעים במעגל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עיגול אדום עם קו אלכסוני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אסור להיכנס מהכיוון הזה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עיגול כחול עם ציור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איסור על פעולה מסוימת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תמרור כיכר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עצירה מלאה גם אם הדרך נראית פנויה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תמרור אין 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הוראת חובה לביצוע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עושים בצומת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פועלים לפי הוראת התמרור בזהירות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מבינים את משמעות התמרור (איסור, חובה או אזהרה)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מתקרבים לצומת ומזהים תמרור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צורת התמרור וצבעו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רכבים או הולכי רגל בסביבה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תמרור שראיתם בדרך לבית הספר, את צורתו, צבעו ומה הוא אומר לכם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שיהיו תמרורים עם צורות וצבעים שונים ולא רק כיתוב במילים?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תמרור איסור לתמרור חובה?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תמרור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צורה מציינת תמרור אזהרה?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צורה, צבע ומשמעות של תמרורים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