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צורה, צבע ומשמעות של תמרורים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צורות וצבעים של תמרורים ואת המשמעות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לקרוא תמרור ולהבין מה הוא מורה לנו לעשות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תמרורי איסור, חובה ואזהרה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מתומן (שמונה צלעות)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לעצור לגמרי גם אם הדרך נראית פנויה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תמרורי אזהרה הם בצורת משולש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התמרור אוסר מפורשות על חציה במקום הזה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התמרור מיועד להולכי רגל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משולש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אופניים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תמרור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(עצירה מלאה גם אם הדרך נראית פנויה)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(אזהרה מפני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(איסור על פעולה מסוימת)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(הוראת חובה לביצוע פעולה)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מה עושים בצומת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מתקרבים לצומת ומזהים תמרור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את צורת התמרור וצבעו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מבינים את משמעות התמרור (איסור, חובה או אזהרה)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אם יש רכבים או הולכי רגל בסביבה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ניתן לזהות אותם מהר גם ממרחק או במהירות נסיעה, וגם מי שלא קורא היטב מבין אותם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איסור – עיגול אדום עם קו, אוסר פעולה; חובה – עיגול כחול, מורה לבצע 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לגמרי ובודקים שהדרך פנויה לפני המשך נסיעה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משולש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של תמרורים אמיתיים מהסביבה כדי לחזק את הזיהוי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את ההבדל בין צורות התמרורים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לסיים בסיבוב כיתה שבו כל תלמיד מתאר תמרור אחד מהדרך לבית הספר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צורה, צבע ומשמעות של תמרורים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תמרורים בדרך בנויים מצורה, צבע וסימן, וכל אחד מהם מעביר לנו מידע חשוב. בדף הזה נתרגל לזהות תמרורים נפוצים ולהבין מה כל אחד אומר לנו.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אופניים  ·  משולש  ·  עצור  ·  כיכר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הצורה של תמרור עצור?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משולש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עיגול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מתומן (שמונה צלעות)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תמרור כחול עגול עם ציור לבן מציין בדרך כלל: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איסור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אזהרה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המשמעות של תמרור 'עצור'?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להאט מעט ולהמשיך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לעצור לגמרי גם אם הדרך נראית פנויה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לעצור רק אם רואים רכב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תמרור משולש מזהיר על סכנה אפשרית בדרך.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מותר לחצות כביש במקום שיש בו תמרור האוסר על הולכי רגל לעבור.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תמרור 'שביל להולכי רגל בלבד' מתיר גם רכיבה על אופניים.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תמרור בצורת __________ מזהיר על סכנה בדרך.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תמרור __________ הוא היחיד בצורת מתומן בן שמונה צלעות.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תמרור __________ אוסר על רכיבה על אופניים במקום מסוים.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ב__________ נוסעים במעגל סביב אי תנועה מרכזי.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תמרור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תמרור עצור (מתומן אדום)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איסור על פעולה מסוימת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תמרור משולש עם קו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הוראת חובה לביצוע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עיגול אדום עם קו אלכסוני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עצירה מלאה גם אם הדרך נראית פנויה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עיגול כחול עם ציור לבן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אזהרה מפני סכנה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מה עושים בצומת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צורת התמרור וצבעו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מתקרבים לצומת ומזהים תמרור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אם יש רכבים או הולכי רגל בסביבה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מבינים את משמעות התמרור (איסור, חובה או אזהרה)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חשוב שיהיו תמרורים עם צורות וצבעים שונים ולא רק כיתוב במילים?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תמרור איסור לתמרור חובה?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עושים כשרואים תמרור עצור?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צורה, צבע ומשמעות של תמרורים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